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rPr>
          <w:rFonts w:ascii="Times New Roman" w:hAnsi="Times New Roman"/>
          <w:b/>
          <w:sz w:val="28"/>
        </w:rPr>
        <w:t>KARTA ZGŁOSZENIOWA</w:t>
      </w:r>
    </w:p>
    <w:p>
      <w:pPr>
        <w:spacing w:after="200"/>
        <w:jc w:val="right"/>
      </w:pPr>
      <w:r>
        <w:rPr>
          <w:b/>
        </w:rPr>
        <w:t>............................................................</w:t>
        <w:br/>
      </w:r>
      <w:r>
        <w:rPr>
          <w:i/>
        </w:rPr>
        <w:t>(miejscowość, data)</w:t>
      </w:r>
    </w:p>
    <w:p>
      <w:pPr>
        <w:spacing w:before="40" w:after="80"/>
      </w:pPr>
      <w:r>
        <w:rPr>
          <w:b/>
        </w:rPr>
        <w:t>I. Dane zgłaszającego (Koła Gospodyń Wiejskich)</w:t>
      </w:r>
    </w:p>
    <w:p>
      <w:pPr>
        <w:spacing w:after="60"/>
      </w:pPr>
      <w:r>
        <w:rPr>
          <w:rFonts w:ascii="Times New Roman" w:hAnsi="Times New Roman"/>
          <w:b/>
          <w:sz w:val="22"/>
        </w:rPr>
        <w:t>•  Nazwa KGW:</w:t>
      </w:r>
      <w:r>
        <w:rPr>
          <w:rFonts w:ascii="Times New Roman" w:hAnsi="Times New Roman"/>
          <w:sz w:val="20"/>
        </w:rPr>
        <w:t xml:space="preserve"> _________________________________________________________________________________________________________</w:t>
      </w:r>
    </w:p>
    <w:p>
      <w:pPr>
        <w:spacing w:after="40"/>
        <w:ind w:left="85"/>
      </w:pPr>
      <w:r>
        <w:t>________________________________________________________________________________________________________________</w:t>
      </w:r>
    </w:p>
    <w:p>
      <w:pPr>
        <w:spacing w:after="60"/>
      </w:pPr>
      <w:r>
        <w:rPr>
          <w:rFonts w:ascii="Times New Roman" w:hAnsi="Times New Roman"/>
          <w:b/>
          <w:sz w:val="22"/>
        </w:rPr>
        <w:t>•  Adres siedziby / korespondencyjny:</w:t>
      </w:r>
      <w:r>
        <w:rPr>
          <w:rFonts w:ascii="Times New Roman" w:hAnsi="Times New Roman"/>
          <w:sz w:val="20"/>
        </w:rPr>
        <w:t xml:space="preserve"> _________________________________________________________________________________________________________</w:t>
      </w:r>
    </w:p>
    <w:p>
      <w:pPr>
        <w:spacing w:after="40"/>
        <w:ind w:left="85"/>
      </w:pPr>
      <w:r>
        <w:t>________________________________________________________________________________________________________________</w:t>
      </w:r>
    </w:p>
    <w:p>
      <w:pPr>
        <w:spacing w:after="60"/>
      </w:pPr>
      <w:r>
        <w:rPr>
          <w:rFonts w:ascii="Times New Roman" w:hAnsi="Times New Roman"/>
          <w:b/>
          <w:sz w:val="22"/>
        </w:rPr>
        <w:t>•  Osoba do kontaktu (imię i nazwisko):</w:t>
      </w:r>
      <w:r>
        <w:rPr>
          <w:rFonts w:ascii="Times New Roman" w:hAnsi="Times New Roman"/>
          <w:sz w:val="20"/>
        </w:rPr>
        <w:t xml:space="preserve"> _________________________________________________________________________________________________________</w:t>
      </w:r>
    </w:p>
    <w:p>
      <w:pPr>
        <w:spacing w:after="60"/>
      </w:pPr>
      <w:r>
        <w:rPr>
          <w:rFonts w:ascii="Times New Roman" w:hAnsi="Times New Roman"/>
          <w:b/>
          <w:sz w:val="22"/>
        </w:rPr>
        <w:t>•  Numer telefonu:</w:t>
      </w:r>
      <w:r>
        <w:rPr>
          <w:rFonts w:ascii="Times New Roman" w:hAnsi="Times New Roman"/>
          <w:sz w:val="20"/>
        </w:rPr>
        <w:t xml:space="preserve"> _________________________________________________________________________________________________________</w:t>
      </w:r>
    </w:p>
    <w:p>
      <w:pPr>
        <w:spacing w:after="60"/>
      </w:pPr>
      <w:r>
        <w:rPr>
          <w:rFonts w:ascii="Times New Roman" w:hAnsi="Times New Roman"/>
          <w:b/>
          <w:sz w:val="22"/>
        </w:rPr>
        <w:t>•  Adres e-mail:</w:t>
      </w:r>
      <w:r>
        <w:rPr>
          <w:rFonts w:ascii="Times New Roman" w:hAnsi="Times New Roman"/>
          <w:sz w:val="20"/>
        </w:rPr>
        <w:t xml:space="preserve"> _________________________________________________________________________________________________________</w:t>
      </w:r>
    </w:p>
    <w:p>
      <w:pPr>
        <w:spacing w:after="60"/>
      </w:pPr>
      <w:r>
        <w:rPr>
          <w:rFonts w:ascii="Times New Roman" w:hAnsi="Times New Roman"/>
          <w:b w:val="0"/>
          <w:sz w:val="22"/>
        </w:rPr>
        <w:t>•  (Nr rachunku bankowego:</w:t>
      </w:r>
      <w:r>
        <w:rPr>
          <w:rFonts w:ascii="Times New Roman" w:hAnsi="Times New Roman"/>
          <w:sz w:val="20"/>
        </w:rPr>
        <w:t xml:space="preserve"> _________________________________________________________________________________________________________</w:t>
      </w:r>
    </w:p>
    <w:p>
      <w:pPr>
        <w:spacing w:after="40"/>
        <w:ind w:left="85"/>
      </w:pPr>
      <w:r>
        <w:t>________________________________________________________________________________________________________________</w:t>
      </w:r>
    </w:p>
    <w:p>
      <w:pPr>
        <w:spacing w:before="120" w:after="80"/>
      </w:pPr>
      <w:r>
        <w:rPr>
          <w:b/>
        </w:rPr>
        <w:t>II. Informacje o wieńcu dożynkowym</w:t>
      </w:r>
    </w:p>
    <w:p>
      <w:pPr>
        <w:spacing w:after="80"/>
      </w:pPr>
      <w:r>
        <w:rPr>
          <w:b/>
        </w:rPr>
        <w:t xml:space="preserve">•  Rodzaj wieńca: </w:t>
      </w:r>
      <w:r>
        <w:t>☐ tradycyjny   ☐ współczesny</w:t>
      </w:r>
    </w:p>
    <w:p>
      <w:pPr>
        <w:spacing w:after="60"/>
      </w:pPr>
      <w:r>
        <w:rPr>
          <w:rFonts w:ascii="Times New Roman" w:hAnsi="Times New Roman"/>
          <w:b/>
          <w:sz w:val="22"/>
        </w:rPr>
        <w:t>•  Tytuł / krótka charakterystyka pracy:</w:t>
      </w:r>
      <w:r>
        <w:rPr>
          <w:rFonts w:ascii="Times New Roman" w:hAnsi="Times New Roman"/>
          <w:sz w:val="20"/>
        </w:rPr>
        <w:t xml:space="preserve"> _________________________________________________________________________________________________________</w:t>
      </w:r>
    </w:p>
    <w:p>
      <w:pPr>
        <w:spacing w:after="40"/>
        <w:ind w:left="85"/>
      </w:pPr>
      <w:r>
        <w:t>________________________________________________________________________________________________________________</w:t>
      </w:r>
    </w:p>
    <w:p>
      <w:pPr>
        <w:spacing w:after="40"/>
        <w:ind w:left="85"/>
      </w:pPr>
      <w:r>
        <w:t>________________________________________________________________________________________________________________</w:t>
      </w:r>
    </w:p>
    <w:p>
      <w:pPr>
        <w:spacing w:after="40"/>
        <w:ind w:left="85"/>
      </w:pPr>
      <w:r>
        <w:t>________________________________________________________________________________________________________________</w:t>
      </w:r>
    </w:p>
    <w:p>
      <w:pPr>
        <w:spacing w:after="40"/>
        <w:ind w:left="85"/>
      </w:pPr>
      <w:r>
        <w:t>________________________________________________________________________________________________________________</w:t>
      </w:r>
    </w:p>
    <w:p>
      <w:pPr>
        <w:spacing w:after="40"/>
        <w:ind w:left="85"/>
      </w:pPr>
      <w:r>
        <w:t>________________________________________________________________________________________________________________</w:t>
      </w:r>
    </w:p>
    <w:p>
      <w:pPr>
        <w:spacing w:after="40"/>
        <w:ind w:left="85"/>
      </w:pPr>
      <w:r>
        <w:t>________________________________________________________________________________________________________________</w:t>
      </w:r>
    </w:p>
    <w:p>
      <w:pPr>
        <w:spacing w:after="60"/>
      </w:pPr>
      <w:r>
        <w:rPr>
          <w:rFonts w:ascii="Times New Roman" w:hAnsi="Times New Roman"/>
          <w:b/>
          <w:sz w:val="22"/>
        </w:rPr>
        <w:t>•  Szacunkowe wymiary (wysokość x szerokość):</w:t>
      </w:r>
      <w:r>
        <w:rPr>
          <w:rFonts w:ascii="Times New Roman" w:hAnsi="Times New Roman"/>
          <w:sz w:val="20"/>
        </w:rPr>
        <w:t xml:space="preserve"> _________________________________________________________________________________________________________</w:t>
      </w:r>
    </w:p>
    <w:p>
      <w:pPr>
        <w:spacing w:after="60"/>
      </w:pPr>
      <w:r>
        <w:rPr>
          <w:rFonts w:ascii="Times New Roman" w:hAnsi="Times New Roman"/>
          <w:b/>
          <w:sz w:val="22"/>
        </w:rPr>
        <w:t>•  Liczba osób uczestniczących w delegacji/prezentacji:</w:t>
      </w:r>
      <w:r>
        <w:rPr>
          <w:rFonts w:ascii="Times New Roman" w:hAnsi="Times New Roman"/>
          <w:sz w:val="20"/>
        </w:rPr>
        <w:t xml:space="preserve"> _________________________________________________________________________________________________________</w:t>
      </w:r>
    </w:p>
    <w:p>
      <w:pPr>
        <w:spacing w:before="120" w:after="80"/>
      </w:pPr>
      <w:r>
        <w:rPr>
          <w:b/>
        </w:rPr>
        <w:t>III. Oświadczenia i podpisy</w:t>
      </w:r>
    </w:p>
    <w:p>
      <w:pPr>
        <w:spacing w:after="80"/>
      </w:pPr>
      <w:r>
        <w:t>•  Oświadczam, że zapoznałem/łam się z regulaminem konkursu i akceptuję jego warunki.</w:t>
      </w:r>
    </w:p>
    <w:p>
      <w:pPr>
        <w:spacing w:after="40"/>
      </w:pPr>
      <w:r>
        <w:t>•  Wyrażam zgodę na przetwarzanie danych osobowych oraz publikację wizerunku w celach</w:t>
      </w:r>
    </w:p>
    <w:p>
      <w:pPr>
        <w:spacing w:after="80"/>
      </w:pPr>
      <w:r>
        <w:t xml:space="preserve">   związanych z organizacją i promocją konkursu.</w:t>
      </w:r>
    </w:p>
    <w:p>
      <w:pPr>
        <w:spacing w:after="20"/>
      </w:pPr>
      <w:r>
        <w:t>[____________________________________________________________________________________________________________]</w:t>
      </w:r>
    </w:p>
    <w:p>
      <w:pPr>
        <w:spacing w:after="160"/>
      </w:pPr>
      <w:r>
        <w:t>[____________________________________________________________________________________________________________]</w:t>
      </w:r>
    </w:p>
    <w:p>
      <w:pPr>
        <w:spacing w:after="0"/>
        <w:jc w:val="right"/>
      </w:pPr>
      <w:r>
        <w:t>............................................................</w:t>
      </w:r>
    </w:p>
    <w:p>
      <w:pPr>
        <w:jc w:val="right"/>
      </w:pPr>
      <w:r>
        <w:rPr>
          <w:i/>
        </w:rPr>
        <w:t>(czytelny podpis osoby / osób upoważnionych)</w:t>
      </w:r>
    </w:p>
    <w:sectPr w:rsidR="00FC693F" w:rsidRPr="0006063C" w:rsidSect="00034616">
      <w:pgSz w:w="12240" w:h="15840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